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E277A5" w14:textId="7B2959EB" w:rsidR="007E23D1" w:rsidRPr="007E23D1" w:rsidRDefault="007E23D1" w:rsidP="007E23D1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  <w:lang w:val="en-GB"/>
        </w:rPr>
      </w:pPr>
      <w:r w:rsidRPr="007E23D1"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  <w:lang w:val="en-GB"/>
        </w:rPr>
        <w:t>Common ESA R&amp;D and Commercial Projects Channel</w:t>
      </w:r>
      <w: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  <w:lang w:val="en-GB"/>
        </w:rPr>
        <w:t xml:space="preserve"> </w:t>
      </w:r>
      <w:r w:rsidR="00A044B1"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  <w:lang w:val="en-GB"/>
        </w:rPr>
        <w:t>Modification</w:t>
      </w:r>
      <w: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  <w:lang w:val="en-GB"/>
        </w:rPr>
        <w:t xml:space="preserve"> Log.</w:t>
      </w:r>
    </w:p>
    <w:p w14:paraId="4B320140" w14:textId="77777777" w:rsidR="00061F19" w:rsidRPr="007E23D1" w:rsidRDefault="00061F19">
      <w:pPr>
        <w:rPr>
          <w:lang w:val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42"/>
        <w:gridCol w:w="1552"/>
        <w:gridCol w:w="5167"/>
        <w:gridCol w:w="1195"/>
      </w:tblGrid>
      <w:tr w:rsidR="00061F19" w14:paraId="502D3C51" w14:textId="77777777" w:rsidTr="00A044B1">
        <w:tc>
          <w:tcPr>
            <w:tcW w:w="959" w:type="dxa"/>
          </w:tcPr>
          <w:p w14:paraId="5866D31C" w14:textId="77777777" w:rsidR="00061F19" w:rsidRDefault="00A044B1">
            <w:r>
              <w:t>Log ID</w:t>
            </w:r>
          </w:p>
        </w:tc>
        <w:tc>
          <w:tcPr>
            <w:tcW w:w="1559" w:type="dxa"/>
          </w:tcPr>
          <w:p w14:paraId="7BBDC85D" w14:textId="77777777" w:rsidR="00061F19" w:rsidRDefault="00A044B1">
            <w:r>
              <w:t>Date</w:t>
            </w:r>
          </w:p>
        </w:tc>
        <w:tc>
          <w:tcPr>
            <w:tcW w:w="5387" w:type="dxa"/>
          </w:tcPr>
          <w:p w14:paraId="3ABC86E8" w14:textId="77777777" w:rsidR="00061F19" w:rsidRDefault="00A044B1">
            <w:r>
              <w:t>Change detail</w:t>
            </w:r>
          </w:p>
        </w:tc>
        <w:tc>
          <w:tcPr>
            <w:tcW w:w="735" w:type="dxa"/>
          </w:tcPr>
          <w:p w14:paraId="6D903424" w14:textId="77777777" w:rsidR="00061F19" w:rsidRDefault="00A044B1">
            <w:r>
              <w:t>Originator (Initials)</w:t>
            </w:r>
          </w:p>
        </w:tc>
      </w:tr>
      <w:tr w:rsidR="00061F19" w14:paraId="6CBCF85D" w14:textId="77777777" w:rsidTr="00A044B1">
        <w:tc>
          <w:tcPr>
            <w:tcW w:w="959" w:type="dxa"/>
          </w:tcPr>
          <w:p w14:paraId="726FD759" w14:textId="4AD6CA2D" w:rsidR="00061F19" w:rsidRDefault="00A044B1">
            <w:r>
              <w:t>v0.0</w:t>
            </w:r>
          </w:p>
        </w:tc>
        <w:tc>
          <w:tcPr>
            <w:tcW w:w="1559" w:type="dxa"/>
          </w:tcPr>
          <w:p w14:paraId="47A56F10" w14:textId="1FA2E426" w:rsidR="00061F19" w:rsidRDefault="00A044B1">
            <w:r>
              <w:t>28/04/2026</w:t>
            </w:r>
          </w:p>
        </w:tc>
        <w:tc>
          <w:tcPr>
            <w:tcW w:w="5387" w:type="dxa"/>
          </w:tcPr>
          <w:p w14:paraId="30A28ADC" w14:textId="484F3ED4" w:rsidR="00061F19" w:rsidRDefault="00A044B1">
            <w:r>
              <w:t>Initial version</w:t>
            </w:r>
          </w:p>
        </w:tc>
        <w:tc>
          <w:tcPr>
            <w:tcW w:w="735" w:type="dxa"/>
          </w:tcPr>
          <w:p w14:paraId="66B5EFCA" w14:textId="24C600DC" w:rsidR="00061F19" w:rsidRDefault="00A044B1">
            <w:r>
              <w:t>AR</w:t>
            </w:r>
          </w:p>
        </w:tc>
      </w:tr>
      <w:tr w:rsidR="00061F19" w14:paraId="16A97E2E" w14:textId="77777777" w:rsidTr="00A044B1">
        <w:tc>
          <w:tcPr>
            <w:tcW w:w="959" w:type="dxa"/>
          </w:tcPr>
          <w:p w14:paraId="2890FBC7" w14:textId="77777777" w:rsidR="00061F19" w:rsidRDefault="00061F19"/>
        </w:tc>
        <w:tc>
          <w:tcPr>
            <w:tcW w:w="1559" w:type="dxa"/>
          </w:tcPr>
          <w:p w14:paraId="5D17BBA9" w14:textId="77777777" w:rsidR="00061F19" w:rsidRDefault="00061F19"/>
        </w:tc>
        <w:tc>
          <w:tcPr>
            <w:tcW w:w="5387" w:type="dxa"/>
          </w:tcPr>
          <w:p w14:paraId="72872F56" w14:textId="77777777" w:rsidR="00061F19" w:rsidRDefault="00061F19"/>
        </w:tc>
        <w:tc>
          <w:tcPr>
            <w:tcW w:w="735" w:type="dxa"/>
          </w:tcPr>
          <w:p w14:paraId="472FFA7E" w14:textId="77777777" w:rsidR="00061F19" w:rsidRDefault="00061F19"/>
        </w:tc>
      </w:tr>
      <w:tr w:rsidR="00061F19" w14:paraId="2605EE85" w14:textId="77777777" w:rsidTr="00A044B1">
        <w:tc>
          <w:tcPr>
            <w:tcW w:w="959" w:type="dxa"/>
          </w:tcPr>
          <w:p w14:paraId="7F5A6C58" w14:textId="77777777" w:rsidR="00061F19" w:rsidRDefault="00061F19"/>
        </w:tc>
        <w:tc>
          <w:tcPr>
            <w:tcW w:w="1559" w:type="dxa"/>
          </w:tcPr>
          <w:p w14:paraId="4AFB70AB" w14:textId="77777777" w:rsidR="00061F19" w:rsidRDefault="00061F19"/>
        </w:tc>
        <w:tc>
          <w:tcPr>
            <w:tcW w:w="5387" w:type="dxa"/>
          </w:tcPr>
          <w:p w14:paraId="2B1E1DF9" w14:textId="77777777" w:rsidR="00061F19" w:rsidRDefault="00061F19"/>
        </w:tc>
        <w:tc>
          <w:tcPr>
            <w:tcW w:w="735" w:type="dxa"/>
          </w:tcPr>
          <w:p w14:paraId="3D70A8BB" w14:textId="77777777" w:rsidR="00061F19" w:rsidRDefault="00061F19"/>
        </w:tc>
      </w:tr>
      <w:tr w:rsidR="00061F19" w14:paraId="299074E4" w14:textId="77777777" w:rsidTr="00A044B1">
        <w:tc>
          <w:tcPr>
            <w:tcW w:w="959" w:type="dxa"/>
          </w:tcPr>
          <w:p w14:paraId="4C9C1CF6" w14:textId="77777777" w:rsidR="00061F19" w:rsidRDefault="00061F19"/>
        </w:tc>
        <w:tc>
          <w:tcPr>
            <w:tcW w:w="1559" w:type="dxa"/>
          </w:tcPr>
          <w:p w14:paraId="1C0FEF7F" w14:textId="77777777" w:rsidR="00061F19" w:rsidRDefault="00061F19"/>
        </w:tc>
        <w:tc>
          <w:tcPr>
            <w:tcW w:w="5387" w:type="dxa"/>
          </w:tcPr>
          <w:p w14:paraId="2A63A4B8" w14:textId="77777777" w:rsidR="00061F19" w:rsidRDefault="00061F19"/>
        </w:tc>
        <w:tc>
          <w:tcPr>
            <w:tcW w:w="735" w:type="dxa"/>
          </w:tcPr>
          <w:p w14:paraId="4BB2E88E" w14:textId="77777777" w:rsidR="00061F19" w:rsidRDefault="00061F19"/>
        </w:tc>
      </w:tr>
      <w:tr w:rsidR="00061F19" w14:paraId="7FAD9799" w14:textId="77777777" w:rsidTr="00A044B1">
        <w:tc>
          <w:tcPr>
            <w:tcW w:w="959" w:type="dxa"/>
          </w:tcPr>
          <w:p w14:paraId="25E1187C" w14:textId="77777777" w:rsidR="00061F19" w:rsidRDefault="00061F19"/>
        </w:tc>
        <w:tc>
          <w:tcPr>
            <w:tcW w:w="1559" w:type="dxa"/>
          </w:tcPr>
          <w:p w14:paraId="477515BA" w14:textId="77777777" w:rsidR="00061F19" w:rsidRDefault="00061F19"/>
        </w:tc>
        <w:tc>
          <w:tcPr>
            <w:tcW w:w="5387" w:type="dxa"/>
          </w:tcPr>
          <w:p w14:paraId="71CF61C0" w14:textId="77777777" w:rsidR="00061F19" w:rsidRDefault="00061F19"/>
        </w:tc>
        <w:tc>
          <w:tcPr>
            <w:tcW w:w="735" w:type="dxa"/>
          </w:tcPr>
          <w:p w14:paraId="3BE5F325" w14:textId="77777777" w:rsidR="00061F19" w:rsidRDefault="00061F19"/>
        </w:tc>
      </w:tr>
      <w:tr w:rsidR="00061F19" w14:paraId="74F1D1E3" w14:textId="77777777" w:rsidTr="00A044B1">
        <w:tc>
          <w:tcPr>
            <w:tcW w:w="959" w:type="dxa"/>
          </w:tcPr>
          <w:p w14:paraId="419DBB86" w14:textId="77777777" w:rsidR="00061F19" w:rsidRDefault="00061F19"/>
        </w:tc>
        <w:tc>
          <w:tcPr>
            <w:tcW w:w="1559" w:type="dxa"/>
          </w:tcPr>
          <w:p w14:paraId="5B2FCFBB" w14:textId="77777777" w:rsidR="00061F19" w:rsidRDefault="00061F19"/>
        </w:tc>
        <w:tc>
          <w:tcPr>
            <w:tcW w:w="5387" w:type="dxa"/>
          </w:tcPr>
          <w:p w14:paraId="544120C9" w14:textId="77777777" w:rsidR="00061F19" w:rsidRDefault="00061F19"/>
        </w:tc>
        <w:tc>
          <w:tcPr>
            <w:tcW w:w="735" w:type="dxa"/>
          </w:tcPr>
          <w:p w14:paraId="61938F6A" w14:textId="77777777" w:rsidR="00061F19" w:rsidRDefault="00061F19"/>
        </w:tc>
      </w:tr>
      <w:tr w:rsidR="00061F19" w14:paraId="3717DC5D" w14:textId="77777777" w:rsidTr="00A044B1">
        <w:tc>
          <w:tcPr>
            <w:tcW w:w="959" w:type="dxa"/>
          </w:tcPr>
          <w:p w14:paraId="7C0DDF62" w14:textId="77777777" w:rsidR="00061F19" w:rsidRDefault="00061F19"/>
        </w:tc>
        <w:tc>
          <w:tcPr>
            <w:tcW w:w="1559" w:type="dxa"/>
          </w:tcPr>
          <w:p w14:paraId="3B3F9E6D" w14:textId="77777777" w:rsidR="00061F19" w:rsidRDefault="00061F19"/>
        </w:tc>
        <w:tc>
          <w:tcPr>
            <w:tcW w:w="5387" w:type="dxa"/>
          </w:tcPr>
          <w:p w14:paraId="12AD7DC3" w14:textId="77777777" w:rsidR="00061F19" w:rsidRDefault="00061F19"/>
        </w:tc>
        <w:tc>
          <w:tcPr>
            <w:tcW w:w="735" w:type="dxa"/>
          </w:tcPr>
          <w:p w14:paraId="24BE643A" w14:textId="77777777" w:rsidR="00061F19" w:rsidRDefault="00061F19"/>
        </w:tc>
      </w:tr>
      <w:tr w:rsidR="00061F19" w14:paraId="73F74BA2" w14:textId="77777777" w:rsidTr="00A044B1">
        <w:tc>
          <w:tcPr>
            <w:tcW w:w="959" w:type="dxa"/>
          </w:tcPr>
          <w:p w14:paraId="296DA6B7" w14:textId="77777777" w:rsidR="00061F19" w:rsidRDefault="00061F19"/>
        </w:tc>
        <w:tc>
          <w:tcPr>
            <w:tcW w:w="1559" w:type="dxa"/>
          </w:tcPr>
          <w:p w14:paraId="6EA18688" w14:textId="77777777" w:rsidR="00061F19" w:rsidRDefault="00061F19"/>
        </w:tc>
        <w:tc>
          <w:tcPr>
            <w:tcW w:w="5387" w:type="dxa"/>
          </w:tcPr>
          <w:p w14:paraId="45B2F742" w14:textId="77777777" w:rsidR="00061F19" w:rsidRDefault="00061F19"/>
        </w:tc>
        <w:tc>
          <w:tcPr>
            <w:tcW w:w="735" w:type="dxa"/>
          </w:tcPr>
          <w:p w14:paraId="7DC46F85" w14:textId="77777777" w:rsidR="00061F19" w:rsidRDefault="00061F19"/>
        </w:tc>
      </w:tr>
      <w:tr w:rsidR="00061F19" w14:paraId="4788FA56" w14:textId="77777777" w:rsidTr="00A044B1">
        <w:tc>
          <w:tcPr>
            <w:tcW w:w="959" w:type="dxa"/>
          </w:tcPr>
          <w:p w14:paraId="711D6BAD" w14:textId="77777777" w:rsidR="00061F19" w:rsidRDefault="00061F19"/>
        </w:tc>
        <w:tc>
          <w:tcPr>
            <w:tcW w:w="1559" w:type="dxa"/>
          </w:tcPr>
          <w:p w14:paraId="10B8C65C" w14:textId="77777777" w:rsidR="00061F19" w:rsidRDefault="00061F19"/>
        </w:tc>
        <w:tc>
          <w:tcPr>
            <w:tcW w:w="5387" w:type="dxa"/>
          </w:tcPr>
          <w:p w14:paraId="1B9E6A4D" w14:textId="77777777" w:rsidR="00061F19" w:rsidRDefault="00061F19"/>
        </w:tc>
        <w:tc>
          <w:tcPr>
            <w:tcW w:w="735" w:type="dxa"/>
          </w:tcPr>
          <w:p w14:paraId="2760CC43" w14:textId="77777777" w:rsidR="00061F19" w:rsidRDefault="00061F19"/>
        </w:tc>
      </w:tr>
      <w:tr w:rsidR="00061F19" w14:paraId="5FB4EEC7" w14:textId="77777777" w:rsidTr="00A044B1">
        <w:tc>
          <w:tcPr>
            <w:tcW w:w="959" w:type="dxa"/>
          </w:tcPr>
          <w:p w14:paraId="6CF88078" w14:textId="77777777" w:rsidR="00061F19" w:rsidRDefault="00061F19"/>
        </w:tc>
        <w:tc>
          <w:tcPr>
            <w:tcW w:w="1559" w:type="dxa"/>
          </w:tcPr>
          <w:p w14:paraId="14656386" w14:textId="77777777" w:rsidR="00061F19" w:rsidRDefault="00061F19"/>
        </w:tc>
        <w:tc>
          <w:tcPr>
            <w:tcW w:w="5387" w:type="dxa"/>
          </w:tcPr>
          <w:p w14:paraId="10A7BCC3" w14:textId="77777777" w:rsidR="00061F19" w:rsidRDefault="00061F19"/>
        </w:tc>
        <w:tc>
          <w:tcPr>
            <w:tcW w:w="735" w:type="dxa"/>
          </w:tcPr>
          <w:p w14:paraId="0E013758" w14:textId="77777777" w:rsidR="00061F19" w:rsidRDefault="00061F19"/>
        </w:tc>
      </w:tr>
    </w:tbl>
    <w:p w14:paraId="3B3930E5" w14:textId="77777777" w:rsidR="00C667D6" w:rsidRDefault="00C667D6"/>
    <w:sectPr w:rsidR="00C667D6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1397894280">
    <w:abstractNumId w:val="8"/>
  </w:num>
  <w:num w:numId="2" w16cid:durableId="1416433322">
    <w:abstractNumId w:val="6"/>
  </w:num>
  <w:num w:numId="3" w16cid:durableId="35617935">
    <w:abstractNumId w:val="5"/>
  </w:num>
  <w:num w:numId="4" w16cid:durableId="85659260">
    <w:abstractNumId w:val="4"/>
  </w:num>
  <w:num w:numId="5" w16cid:durableId="1408108581">
    <w:abstractNumId w:val="7"/>
  </w:num>
  <w:num w:numId="6" w16cid:durableId="1623883686">
    <w:abstractNumId w:val="3"/>
  </w:num>
  <w:num w:numId="7" w16cid:durableId="1682586500">
    <w:abstractNumId w:val="2"/>
  </w:num>
  <w:num w:numId="8" w16cid:durableId="402487250">
    <w:abstractNumId w:val="1"/>
  </w:num>
  <w:num w:numId="9" w16cid:durableId="9999638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061F19"/>
    <w:rsid w:val="0015074B"/>
    <w:rsid w:val="0029639D"/>
    <w:rsid w:val="00326F90"/>
    <w:rsid w:val="007E23D1"/>
    <w:rsid w:val="00A044B1"/>
    <w:rsid w:val="00AA1D8D"/>
    <w:rsid w:val="00B47730"/>
    <w:rsid w:val="00B56FC8"/>
    <w:rsid w:val="00BC5689"/>
    <w:rsid w:val="00C667D6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5BA9627"/>
  <w14:defaultImageDpi w14:val="300"/>
  <w15:docId w15:val="{C62418C5-F081-475C-9EAB-45E817BF91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976fa30-1907-4356-8241-62ea5e1c0256}" enabled="1" method="Standard" siteId="{9a5cacd0-2bef-4dd7-ac5c-7ebe1f54f495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</Words>
  <Characters>170</Characters>
  <Application>Microsoft Office Word</Application>
  <DocSecurity>0</DocSecurity>
  <Lines>85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Alessandro Rapisarda</cp:lastModifiedBy>
  <cp:revision>3</cp:revision>
  <dcterms:created xsi:type="dcterms:W3CDTF">2013-12-23T23:15:00Z</dcterms:created>
  <dcterms:modified xsi:type="dcterms:W3CDTF">2026-04-20T14:30:00Z</dcterms:modified>
  <cp:category/>
</cp:coreProperties>
</file>